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Anna Kowalska</w:t>
      </w:r>
    </w:p>
    <w:p>
      <w:pPr>
        <w:spacing w:after="260"/>
      </w:pPr>
      <w:r>
        <w:rPr>
          <w:b/>
        </w:rPr>
        <w:t xml:space="preserve">Preston, Lancashire  |  </w:t>
      </w:r>
      <w:r>
        <w:t>07XXX XXXXXX  |  anna.kowalska@example.com</w:t>
      </w:r>
    </w:p>
    <w:p>
      <w:pPr>
        <w:pStyle w:val="Heading1"/>
      </w:pPr>
      <w:r>
        <w:t>PERSONAL PROFILE</w:t>
      </w:r>
    </w:p>
    <w:p>
      <w:r>
        <w:t>Reliable and customer-focused professional with over four years of experience in retail and cleaning services. Confident working in busy environments, supporting customers, and following health and safety procedures. Looking for a full-time position where I can contribute to a hardworking team.</w:t>
      </w:r>
    </w:p>
    <w:p>
      <w:pPr>
        <w:pStyle w:val="Heading1"/>
      </w:pPr>
      <w:r>
        <w:t>KEY SKILLS</w:t>
      </w:r>
    </w:p>
    <w:p>
      <w:pPr>
        <w:pStyle w:val="ListBullet"/>
      </w:pPr>
      <w:r>
        <w:t>Customer service and clear communication</w:t>
      </w:r>
    </w:p>
    <w:p>
      <w:pPr>
        <w:pStyle w:val="ListBullet"/>
      </w:pPr>
      <w:r>
        <w:t>Teamwork and time management</w:t>
      </w:r>
    </w:p>
    <w:p>
      <w:pPr>
        <w:pStyle w:val="ListBullet"/>
      </w:pPr>
      <w:r>
        <w:t>Cleaning standards, COSHH and safe working practices</w:t>
      </w:r>
    </w:p>
    <w:p>
      <w:pPr>
        <w:pStyle w:val="ListBullet"/>
      </w:pPr>
      <w:r>
        <w:t>Basic IT skills including Microsoft Word and email</w:t>
      </w:r>
    </w:p>
    <w:p>
      <w:pPr>
        <w:pStyle w:val="Heading1"/>
      </w:pPr>
      <w:r>
        <w:t>WORK EXPERIENCE</w:t>
      </w:r>
    </w:p>
    <w:p>
      <w:r>
        <w:t>Retail Assistant | Example Retail Store, Preston | 2022 – 2026</w:t>
        <w:br/>
        <w:t>• Assisted customers in finding products and answering questions.</w:t>
        <w:br/>
        <w:t>• Supported stock replenishment and maintained a tidy shop floor.</w:t>
        <w:br/>
        <w:t>• Followed workplace health and safety procedures.</w:t>
      </w:r>
    </w:p>
    <w:p>
      <w:r>
        <w:t>Cleaning Operative | Example Facilities Ltd, Preston | 2020 – 2022</w:t>
        <w:br/>
        <w:t>• Completed routine cleaning tasks to agreed standards.</w:t>
        <w:br/>
        <w:t>• Used cleaning materials safely and reported maintenance issues promptly.</w:t>
      </w:r>
    </w:p>
    <w:p>
      <w:pPr>
        <w:pStyle w:val="Heading1"/>
      </w:pPr>
      <w:r>
        <w:t>EDUCATION &amp; QUALIFICATIONS</w:t>
      </w:r>
    </w:p>
    <w:p>
      <w:r>
        <w:t>Secondary School Certificate — Poland</w:t>
        <w:br/>
        <w:t>Manual Handling Awareness — 2024</w:t>
        <w:br/>
        <w:t>English: conversational | Polish: fluent</w:t>
      </w:r>
    </w:p>
    <w:p>
      <w:pPr>
        <w:pStyle w:val="Heading1"/>
      </w:pPr>
      <w:r>
        <w:t>ADDITIONAL INFORMATION</w:t>
      </w:r>
    </w:p>
    <w:p>
      <w:r>
        <w:t>Full UK driving licence. Available for flexible shifts, including weekends.</w:t>
      </w:r>
    </w:p>
    <w:p>
      <w:pPr>
        <w:pStyle w:val="Heading1"/>
      </w:pPr>
      <w:r>
        <w:t>REFERENCES</w:t>
      </w:r>
    </w:p>
    <w:p>
      <w:r>
        <w:t>Available on request.</w:t>
      </w:r>
    </w:p>
    <w:sectPr w:rsidR="00FC693F" w:rsidRPr="0006063C" w:rsidSect="00034616">
      <w:footerReference w:type="default" r:id="rId9"/>
      <w:pgSz w:w="11906" w:h="16838"/>
      <w:pgMar w:top="964" w:right="1191" w:bottom="90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HALO POLACY!  |  Wzór edukacyjny — dostosuj do prawdziwego doświadczenia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6304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E8476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04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CV — przykład</dc:title>
  <dc:subject/>
  <dc:creator>HALO POLACY! — materiały informacyjne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