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[TWOJE IMIĘ I NAZWISKO]</w:t>
      </w:r>
    </w:p>
    <w:p>
      <w:pPr>
        <w:spacing w:after="260"/>
      </w:pPr>
      <w:r>
        <w:rPr>
          <w:b/>
        </w:rPr>
        <w:t xml:space="preserve">Preston, Lancashire  |  </w:t>
      </w:r>
      <w:r>
        <w:t>[Telefon]  |  [Adres e-mail]</w:t>
      </w:r>
    </w:p>
    <w:p>
      <w:pPr>
        <w:pStyle w:val="Heading1"/>
      </w:pPr>
      <w:r>
        <w:t>PERSONAL PROFILE</w:t>
      </w:r>
    </w:p>
    <w:p>
      <w:r>
        <w:t>[3–4 zdania o Tobie i pracy, jakiej szukasz. Wpisz swoje umiejętności.]</w:t>
      </w:r>
    </w:p>
    <w:p>
      <w:pPr>
        <w:pStyle w:val="Heading1"/>
      </w:pPr>
      <w:r>
        <w:t>KEY SKILLS</w:t>
      </w:r>
    </w:p>
    <w:p>
      <w:pPr>
        <w:pStyle w:val="ListBullet"/>
      </w:pPr>
      <w:r>
        <w:t>[Umiejętność, np. Customer service]</w:t>
      </w:r>
    </w:p>
    <w:p>
      <w:pPr>
        <w:pStyle w:val="ListBullet"/>
      </w:pPr>
      <w:r>
        <w:t>[Umiejętność, np. Teamwork]</w:t>
      </w:r>
    </w:p>
    <w:p>
      <w:pPr>
        <w:pStyle w:val="ListBullet"/>
      </w:pPr>
      <w:r>
        <w:t>[Umiejętność, np. Communication]</w:t>
      </w:r>
    </w:p>
    <w:p>
      <w:pPr>
        <w:pStyle w:val="ListBullet"/>
      </w:pPr>
      <w:r>
        <w:t>[Umiejętność, np. Health and safety]</w:t>
      </w:r>
    </w:p>
    <w:p>
      <w:pPr>
        <w:pStyle w:val="Heading1"/>
      </w:pPr>
      <w:r>
        <w:t>WORK EXPERIENCE</w:t>
      </w:r>
    </w:p>
    <w:p>
      <w:r>
        <w:t>Job Title | Employer | Month Year – Month Year</w:t>
        <w:br/>
        <w:t>• [Obowiązek lub sukces numer 1]</w:t>
        <w:br/>
        <w:t>• [Obowiązek lub sukces numer 2]</w:t>
      </w:r>
    </w:p>
    <w:p>
      <w:pPr>
        <w:pStyle w:val="Heading1"/>
      </w:pPr>
      <w:r>
        <w:t>EDUCATION &amp; QUALIFICATIONS</w:t>
      </w:r>
    </w:p>
    <w:p>
      <w:r>
        <w:t>[Nazwa szkoły / kursu] — [Rok]</w:t>
        <w:br/>
        <w:t>[Certyfikat, szkolenie lub uprawnienia]</w:t>
      </w:r>
    </w:p>
    <w:p>
      <w:pPr>
        <w:pStyle w:val="Heading1"/>
      </w:pPr>
      <w:r>
        <w:t>ADDITIONAL INFORMATION</w:t>
      </w:r>
    </w:p>
    <w:p>
      <w:r>
        <w:t>[Wpisz np. prawo jazdy, dostępność, wolontariat lub języki.]</w:t>
      </w:r>
    </w:p>
    <w:p>
      <w:pPr>
        <w:pStyle w:val="Heading1"/>
      </w:pPr>
      <w:r>
        <w:t>REFERENCES</w:t>
      </w:r>
    </w:p>
    <w:p>
      <w:r>
        <w:t>Available on request.</w:t>
      </w:r>
    </w:p>
    <w:sectPr w:rsidR="00FC693F" w:rsidRPr="0006063C" w:rsidSect="00034616">
      <w:footerReference w:type="default" r:id="rId9"/>
      <w:pgSz w:w="11906" w:h="16838"/>
      <w:pgMar w:top="964" w:right="1191" w:bottom="907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HALO POLACY!  |  Wzór edukacyjny — dostosuj do prawdziwego doświadczenia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6304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E84762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6304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CV — szablon</dc:title>
  <dc:subject/>
  <dc:creator>HALO POLACY! — materiały informacyjne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